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ישראל עוזרת לחברים בעולם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פרויקט מים בכפר רחוק עובד משלב הבדיקה ועד ההדרכה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מה הופך עזרה לעזרה שנשארת לאורך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שיתוף ידע כתהליך של שני כיוונים, כשגם ישראל לומדת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על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הלכו כל בוקר דרך ארוכה לנחל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לוחות סולאריים - אנרגיית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הדריכו בעצמם כפר שכן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כדי שהפרויקט ימשיך לעבוד גם בלי המומחים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המשאבה מופעלת באמצעות אנרגיית שמש מלוחות סולאריים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בטקסט מסופר שהמומחים לימדו את התושבים לתחזק ולגדל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להתאים את הפתרון לתנאים המקומיים כמו אדמה ואקלים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בטקסט כתוב ששיתוף ידע הוא דרך של שני כיוונים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לוחות סולאריים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טפטוף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(חור עמוק באדמה שממנו שואבים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(מתקן שהופך אור שמש לחשמל)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(שיטת השקיה שחוסכת מים לגידולים)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(לימוד התושבים לתחזק ולהפעיל בעצמם)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(תקופה בשנה שבה כמעט אין גשם)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מומחי מים מגיעים לכפר ובודקים את האדמה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קודחים באר ומוצאים מים 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מציבים לוחות סולאריים שמפעילים משאבה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מלמדים את התושבים לתחזק את המשאבה ולגדל ירקות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התושבים מדריכים בעצמם כפר שכן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קוראים בין השורות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חשוב שהתושבים ידעו לתחזק ולהמשיך את הפרויקט בעצמם, בלי תלות במומחים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גם ישראל לומדת מהתושבים המקומיים, למשל על גידולים וחיסכון במים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לימדו לתחזק משאבה ולגדל ירקות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הידע נשאר במקום והתושבים ממשיכים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למדה על גידולים מקומיים, חיסכון במים וכוח הקהילה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ההבדל בין לתת מתנה ללמד מיומנות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משימת המיון בין עזרה זמנית לעזרה שנשארת כהכנה למשימת המפה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האתגר (תכנון פרויקט דמיוני) מתאימה לעבודה בזוגות או קבוצות קטנות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ישראל עוזרת לחברים בעולם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בתחנה הזו קוראים על כפר רחוק שקיבל עזרה ממומחי מים מישראל – לא רק באר ומשאבה, אלא גם ידע שנשאר במקום לתמיד.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על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הגיעו הילדים בכפר למים לפני הפרויקט?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פתחו ברז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הלכו כל בוקר דרך ארוכה לנחל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קנו בקבוקים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אספו מי גשם בגג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הפעיל את המשאבה שליד הבאר?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לוחות סולאריים - אנרגיית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עשו התושבים אחרי כמה חודשים?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הדריכו בעצמם כפר שכן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עזבו את הכפר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שברו את המשאבה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חזרו ללכת לנחל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חשוב ללמד את התושבים לתחזק את המשאבה?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שהתושבים ישלמו פחות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שהמשאבה תהיה יפה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שהמומחים יוכלו לעזוב וללכת הביתה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שהפרויקט ימשיך לעבוד גם בלי המומחים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ה. skip_n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משאבה סולארית צריכה דלק כדי לעבוד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פרויקט טוב כולל גם הכשרה של אנשים מקומיים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פתרון שעובד בישראל תמיד יעבוד בדיוק אותו דבר בכל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ישראל יכולה ללמוד ממדינות שהיא עוזרת להן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בכפר הקטן קדחו __________ כדי להגיע למים עמוק באדמה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על הגג ליד הבאר הציבו __________ שהפעילו את המשאבה בעזרת השמש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בגינת בית הספר השתמשו בצינורות __________ כדי לחסוך במים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שיתוף ידע נקרא דרך __________ כיוונים, כי גם ישראל לומדת מהתושבים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תקופה בשנה שבה כמעט אין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לוחות סולאריים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לימוד התושבים לתחזק ולהפעיל בעצמם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השקיה בטפטוף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מתקן שהופך אור שמש לחשמל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הכשרה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שיטת השקיה שחוסכת מים לגידולים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עונה יבשה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חור עמוק באדמה שממנו שואבים 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התושבים מדריכים בעצמם כפר שכן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מלמדים את התושבים לתחזק את המשאבה ולגדל ירקות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קודחים באר ומוצאים מים מתחת לאדמה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מציבים לוחות סולאריים שמפעילים משאבה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מומחי מים מגיעים לכפר ובודקים את האדמה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קוראים בין השורות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לפי הטקסט 'העבודה לא נגמרה בבאר'?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כתוב ששיתוף ידע הוא 'דרך שתי כיוונים'?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עשו מומחי המים כדי שהפרויקט ימשיך לעבוד גם בלי הם?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עזרה שכוללת הכשרה טובה יותר ממתנה חד פעמית?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גם ישראל למדה משהו מהכפר?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ישראל עוזרת לחברים בעולם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