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ישראל עוזרת לחברים בעולם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פרויקט מים בכפר רחוק עובד משלב הבדיקה ועד ההדרכה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מה הופך עזרה לעזרה שנשארת לאורך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שיתוף ידע כתהליך של שני כיוונים, כשגם ישראל לומדת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על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הלכו כל בוקר דרך ארוכה לנחל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לוחות סולאריים - אנרגיית שמש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המשאבה מופעלת באמצעות אנרגיית שמש מלוחות סולאריים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בטקסט מסופר שהמומחים לימדו את התושבים לתחזק ולגדל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לוחות סולאריים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(חור עמוק באדמה שממנו שואבים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ב (מתקן שהופך אור שמש לחשמל)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(תקופה בשנה שבה כמעט אין גשם)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הפרויקט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מומחי מים מגיעים לכפר ובודקים את האדמה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קודחים באר ומוצאים מים מתחת לאדמה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מלמדים את התושבים לתחזק את המשאבה ולגדל ירקות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קוראים בין השורות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לימדו לתחזק משאבה ולגדל ירקות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הידע נשאר במקום והתושבים ממשיכים 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למדה על גידולים מקומיים, חיסכון במים וכוח הקהילה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ההבדל בין לתת מתנה ללמד מיומנות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משימת המיון בין עזרה זמנית לעזרה שנשארת כהכנה למשימת המפה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האתגר (תכנון פרויקט דמיוני) מתאימה לעבודה בזוגות או קבוצות קטנות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ישראל עוזרת לחברים בעולם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בתחנה הזו קוראים על כפר רחוק שקיבל עזרה ממומחי מים מישראל – לא רק באר ומשאבה, אלא גם ידע שנשאר במקום לתמיד.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באר  ·  לוחות סולאריים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על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איך הגיעו הילדים בכפר למים לפני הפרויקט?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פתחו ברז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הלכו כל בוקר דרך ארוכה לנחל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קנו בקבוקים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הפעיל את המשאבה שליד הבאר?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דלק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לוחות סולאריים - אנרגיית שמש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משאבה סולארית צריכה דלק כדי לעבוד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פרויקט טוב כולל גם הכשרה של אנשים מקומיים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בכפר הקטן קדחו __________ כדי להגיע למים עמוק באדמה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על הגג ליד הבאר הציבו __________ שהפעילו את המשאבה בעזרת השמש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באר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תקופה בשנה שבה כמעט אין 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לוחות סולאריים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מתקן שהופך אור שמש לחשמל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עונה יבשה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חור עמוק באדמה שממנו שואבים 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הפרויקט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קודחים באר ומוצאים מים מתחת לאדמה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מלמדים את התושבים לתחזק את המשאבה ולגדל ירקות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מומחי מים מגיעים לכפר ובודקים את האדמה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קוראים בין השורות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עשו מומחי המים כדי שהפרויקט ימשיך לעבוד גם בלי הם?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עזרה שכוללת הכשרה טובה יותר ממתנה חד פעמית?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ישראל עוזרת לחברים בעולם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